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עצם ושם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 ושם תואר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מתאים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תואר נותן מידע על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ספר הוא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להגיד ילדה יפה, פרח יפה וכדומה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(נאמן)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(חזק)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קלף ראשון ומגלים מה כתוב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קלף שני ובודקים אם הוא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שם העצם ושם התואר מתאימים – הקלפים נשארים גלויים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לא מתאימים – הופכים את הקלפים בחזרה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חתול רך, שמש חמה, ילד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עצם: מילה של דבר, אדם או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תואר: מילה שמתארת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הגיוני כמו כלב קטן או שמש חמה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הזיכרון בכיתה בקבוצות קטנות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זוג אחד של שם עצם ושם תואר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עצם ושם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הזיכרון מתאימים שם עצם לשם תואר שמתאר אותו. בדף הזה נתרגל להכיר שמות עצם, שמות תואר, ולהתאים ביניהם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גדול  ·  חכמה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הבאות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חכם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מתאר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'ספר' היא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'יפה' יכולה לתאר דברים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הכלב ה__________ רץ בחצר (תואר לגודל)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הילדה ה__________ קראה ספר (תואר לחוכמה)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שם עצם לשם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נאמן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המשחק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קלף שני ובודקים אם הוא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שם העצם ושם התואר מתאימים – הקלפים נשארים גלויים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לא מתאימים – הופכים את הקלפים בחזרה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קלף ראשון ומגלים מה כתוב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זוגות של שם עצם ושם תואר שמתאימים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עצם ושם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