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עצם ושם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 ושם תואר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שם תואר מתאים לשם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מילים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שְמש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שם תואר נותן מידע על 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ספר הוא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אפשר להגיד ילדה יפה, פרח יפה וכדומה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שווא הוא תנועה קצרה וחטופה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בדיוק המטרה של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עצם לשם תואר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(נאמן)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(מתוק)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(חזק)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(חשוך)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קלף ראשון ומגלים מה כתוב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קלף שני ובודקים אם הוא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אם שם העצם ושם התואר מתאימים – הקלפים נשארים גלויים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לא מתאימים – הופכים את הקלפים בחזרה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 עד שכל הזוגות נמצאים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חתול רך, שמש חמה, ילד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בית - גדול, בית - ישן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עצם: מילה של דבר, אדם או 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תואר: מילה שמתארת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זוג הגיוני כמו כלב קטן או שמש חמה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הזיכרון בכיתה בקבוצות קטנות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זוג אחד של שם עצם ושם תואר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עצם ושם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שם עצם הוא מילה של דבר, אדם או מקום. שם תואר הוא מילה שמתארת אותו. נתרגל להתאים ביניהם.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דבר, אדם, בעל חיים או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הדבר נראה או מרגיש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קטנה וחטופה שנכתבת בשתי נקודות מתחת לאות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לחבר שתי מילים ששייכות זו לזו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שמתאימות יחד, כמו כלב ↔ קטן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תיאור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שמסביר איך משהו נראה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היא שם של 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תואר הכי מתאים לכלב?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תואר הכי מתאים לשמש?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מילה יש שתי נקודות קטנות מתחת לאות?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שְמש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מתאר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'ספר' היא שם תואר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'יפה' יכולה לתאר דברים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מילה עם שווא יש תנועה ארוכה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למצוא שתי מילים שמתאימות זו לזו במשחק הזיכרון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הכלב ה__________ רץ בחצר (תואר לגודל)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הילדה ה__________ קראה ספר (תואר לחוכמה)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השמש __________ מאוד ביום קיץ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הפרח ה__________ גדל בגינה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הנהר ה__________ זורם לאט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שם עצם לשם תואר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חשוך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נאמן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חזק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המשחק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לא מתאימים – הופכים את הקלפים בחזרה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שם העצם ושם התואר מתאימים – הקלפים נשארים גלויים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קלף שני ובודקים אם הוא 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עד שכל הזוגות נמצאים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קלף ראשון ומגלים מה כתוב עליו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זוגות של שם עצם ושם תואר שמתאימים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שם עצם אחד וכתבו לו שני תארים שונים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עצם?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לזוג מתאים של שם עצם ושם תואר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עצם ושם תואר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