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 ושם תואר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מתאים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שְמש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נותן מידע על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 הוא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להגיד ילדה יפה, פרח יפה וכדומה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שווא הוא תנועה קצרה וחטופה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המטרה של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(נאמן)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(חשוך)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המשחק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קלף ראשון ומגלים מה כתוב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קלף שני ובודקים אם הוא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שם העצם ושם התואר מתאימים – הקלפים נשארים גלויים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לא מתאימים – הופכים את הקלפים בחזרה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ממשיכים עד שכל הזוגות נמצאים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חתול רך, שמש חמה, ילד שמח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בית - גדול, בית -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עצם: מילה של דבר, אדם או 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תואר: מילה שמתארת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הגיוני כמו כלב קטן או שמש חמה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משחק הזיכרון בכיתה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זוג אחד של שם עצם ושם תואר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הסעיפים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הזיכרון מתאימים שם עצם לשם תואר שמתאר אותו. בדף הזה נתרגל להכיר שמות עצם, שמות תואר, ולהתאים ביניהם נכון.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מתאים לשם העצם 'כלב'?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מתאים לשם העצם 'שמש'?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מילה יש שווא מתחת לאות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שְמש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'ספר'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יכולה לתאר דברים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עם שווא יש תנועה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שתי מילים שמתאימות זו לזו במשחק הזיכרון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ה__________ רץ בחצר (תואר לגודל)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הילדה ה__________ קראה ספר (תואר לחוכמה)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השמש __________ מאוד ביום 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הפרח ה__________ גדל בגינה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הנהר ה__________ זורם לאט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חשוך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נאמן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המשחק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מתאימים – הופכים את הקלפים בחזרה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העצם ושם התואר מתאימים – הקלפים נשארים גלויים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ממשיכים עד שכל הזוגות נמצאים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שני ובודקים אם הוא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קלף ראשון ומגלים מה כתוב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של שם עצם ושם תואר שמתאימים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אחד וכתבו לו שני תארים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עצם?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לזוג מתאים של שם עצם ושם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